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b/>
          <w:sz w:val="40"/>
        </w:rPr>
        <w:t>RHIAN JOLIUS BALDOMAR</w:t>
      </w:r>
    </w:p>
    <w:p>
      <w:pPr>
        <w:keepNext/>
        <w:spacing w:after="80" w:before="0"/>
      </w:pPr>
      <w:r>
        <w:rPr>
          <w:b/>
          <w:sz w:val="24"/>
        </w:rPr>
        <w:t>Full-stack Software Engineer</w:t>
      </w:r>
    </w:p>
    <w:p>
      <w:pPr>
        <w:keepNext/>
        <w:spacing w:after="20" w:before="0"/>
      </w:pPr>
      <w:r>
        <w:rPr>
          <w:b w:val="0"/>
          <w:sz w:val="19"/>
        </w:rPr>
      </w:r>
      <w:r>
        <w:rPr>
          <w:sz w:val="19"/>
        </w:rPr>
        <w:t xml:space="preserve">Quezon City, Philippines | +63 927 886 2549 | </w:t>
      </w:r>
      <w:hyperlink r:id="rId9">
        <w:r>
          <w:rPr>
            <w:color w:val="111111"/>
            <w:sz w:val="19"/>
            <w:u w:val="single"/>
          </w:rPr>
          <w:t>rhianjolius23@gmail.com</w:t>
        </w:r>
      </w:hyperlink>
    </w:p>
    <w:p>
      <w:pPr>
        <w:keepNext/>
        <w:spacing w:after="20" w:before="0"/>
      </w:pPr>
      <w:r>
        <w:rPr>
          <w:b w:val="0"/>
          <w:sz w:val="19"/>
        </w:rPr>
      </w:r>
      <w:r>
        <w:rPr>
          <w:sz w:val="19"/>
        </w:rPr>
        <w:t xml:space="preserve">GitHub: </w:t>
      </w:r>
      <w:hyperlink r:id="rId10">
        <w:r>
          <w:rPr>
            <w:color w:val="111111"/>
            <w:sz w:val="19"/>
            <w:u w:val="single"/>
          </w:rPr>
          <w:t>https://github.com/RHILIUS</w:t>
        </w:r>
      </w:hyperlink>
    </w:p>
    <w:p>
      <w:pPr>
        <w:keepNext/>
        <w:spacing w:after="20" w:before="0"/>
      </w:pPr>
      <w:r>
        <w:rPr>
          <w:b w:val="0"/>
          <w:sz w:val="19"/>
        </w:rPr>
      </w:r>
      <w:r>
        <w:rPr>
          <w:sz w:val="19"/>
        </w:rPr>
        <w:t xml:space="preserve">LinkedIn: </w:t>
      </w:r>
      <w:hyperlink r:id="rId11">
        <w:r>
          <w:rPr>
            <w:color w:val="111111"/>
            <w:sz w:val="19"/>
            <w:u w:val="single"/>
          </w:rPr>
          <w:t>https://www.linkedin.com/in/rhian-jolius-baldomar-110a11338</w:t>
        </w:r>
      </w:hyperlink>
    </w:p>
    <w:p>
      <w:pPr>
        <w:keepNext/>
        <w:spacing w:after="20" w:before="0"/>
      </w:pPr>
      <w:r>
        <w:rPr>
          <w:b w:val="0"/>
          <w:sz w:val="19"/>
        </w:rPr>
      </w:r>
      <w:r>
        <w:rPr>
          <w:sz w:val="19"/>
        </w:rPr>
        <w:t xml:space="preserve">Portfolio: </w:t>
      </w:r>
      <w:hyperlink r:id="rId12">
        <w:r>
          <w:rPr>
            <w:color w:val="111111"/>
            <w:sz w:val="19"/>
            <w:u w:val="single"/>
          </w:rPr>
          <w:t>https://rhian-jolius-baldomar.pages.dev/</w:t>
        </w:r>
      </w:hyperlink>
    </w:p>
    <w:p>
      <w:pPr>
        <w:pStyle w:val="Heading1"/>
        <w:spacing w:before="140"/>
      </w:pPr>
      <w:r>
        <w:rPr>
          <w:rFonts w:ascii="Arial" w:hAnsi="Arial"/>
          <w:color w:val="111111"/>
          <w:sz w:val="23"/>
        </w:rPr>
        <w:t>SUMMARY</w:t>
      </w:r>
    </w:p>
    <w:p>
      <w:pPr>
        <w:keepNext w:val="0"/>
        <w:spacing w:after="60" w:before="0"/>
      </w:pPr>
      <w:r>
        <w:rPr>
          <w:b w:val="0"/>
        </w:rPr>
      </w:r>
      <w:r>
        <w:rPr>
          <w:sz w:val="22"/>
        </w:rPr>
        <w:t>Full-stack software engineer with backend internship and project experience using Python, Django REST Framework, React, and TypeScript. Adaptable across frontend and backend stacks, focused on application logic, scalability, architecture, and software reliability. Uses automation and AI-assisted workflows with context management, prompt engineering, reusable instructions, and human review.</w:t>
      </w:r>
    </w:p>
    <w:p>
      <w:pPr>
        <w:pStyle w:val="Heading1"/>
      </w:pPr>
      <w:r>
        <w:rPr>
          <w:rFonts w:ascii="Arial" w:hAnsi="Arial"/>
          <w:color w:val="111111"/>
          <w:sz w:val="23"/>
        </w:rPr>
        <w:t>TECHNICAL SKILLS</w:t>
      </w:r>
    </w:p>
    <w:p>
      <w:pPr>
        <w:keepNext/>
        <w:spacing w:after="40" w:before="0"/>
      </w:pPr>
      <w:r>
        <w:rPr>
          <w:b w:val="0"/>
        </w:rPr>
      </w:r>
      <w:r>
        <w:rPr>
          <w:b/>
          <w:sz w:val="22"/>
        </w:rPr>
        <w:t>Languages:</w:t>
      </w:r>
      <w:r>
        <w:rPr>
          <w:sz w:val="22"/>
        </w:rPr>
        <w:t xml:space="preserve"> Python, TypeScript, JavaScript</w:t>
      </w:r>
    </w:p>
    <w:p>
      <w:pPr>
        <w:keepNext/>
        <w:spacing w:after="40" w:before="0"/>
      </w:pPr>
      <w:r>
        <w:rPr>
          <w:b w:val="0"/>
        </w:rPr>
      </w:r>
      <w:r>
        <w:rPr>
          <w:b/>
          <w:sz w:val="22"/>
        </w:rPr>
        <w:t>Frontend:</w:t>
      </w:r>
      <w:r>
        <w:rPr>
          <w:sz w:val="22"/>
        </w:rPr>
        <w:t xml:space="preserve"> React, Next.js, Vite, Tailwind CSS, Figma</w:t>
      </w:r>
    </w:p>
    <w:p>
      <w:pPr>
        <w:keepNext/>
        <w:spacing w:after="40" w:before="0"/>
      </w:pPr>
      <w:r>
        <w:rPr>
          <w:b w:val="0"/>
        </w:rPr>
      </w:r>
      <w:r>
        <w:rPr>
          <w:b/>
          <w:sz w:val="22"/>
        </w:rPr>
        <w:t>Backend &amp; Data:</w:t>
      </w:r>
      <w:r>
        <w:rPr>
          <w:sz w:val="22"/>
        </w:rPr>
        <w:t xml:space="preserve"> Django, Django REST Framework, PostgreSQL, JWT authentication, Celery, Redis</w:t>
      </w:r>
    </w:p>
    <w:p>
      <w:pPr>
        <w:keepNext/>
        <w:spacing w:after="40" w:before="0"/>
      </w:pPr>
      <w:r>
        <w:rPr>
          <w:b w:val="0"/>
        </w:rPr>
      </w:r>
      <w:r>
        <w:rPr>
          <w:b/>
          <w:sz w:val="22"/>
        </w:rPr>
        <w:t>Cloud &amp; DevOps:</w:t>
      </w:r>
      <w:r>
        <w:rPr>
          <w:sz w:val="22"/>
        </w:rPr>
        <w:t xml:space="preserve"> AWS EC2, Azure Blob Storage, Docker, Docker Compose, Nginx, Cloudflare Pages, GitHub Actions</w:t>
      </w:r>
    </w:p>
    <w:p>
      <w:pPr>
        <w:keepNext/>
        <w:spacing w:after="40" w:before="0"/>
      </w:pPr>
      <w:r>
        <w:rPr>
          <w:b w:val="0"/>
        </w:rPr>
      </w:r>
      <w:r>
        <w:rPr>
          <w:b/>
          <w:sz w:val="22"/>
        </w:rPr>
        <w:t>Engineering &amp; Tools:</w:t>
      </w:r>
      <w:r>
        <w:rPr>
          <w:sz w:val="22"/>
        </w:rPr>
        <w:t xml:space="preserve"> REST API contracts, automated testing, Git, GitHub, Postman, ESLint, Prettier, VS Code, WSL, Codex CLI</w:t>
      </w:r>
    </w:p>
    <w:p>
      <w:pPr>
        <w:keepNext/>
        <w:spacing w:after="40" w:before="0"/>
      </w:pPr>
      <w:r>
        <w:rPr>
          <w:b w:val="0"/>
        </w:rPr>
      </w:r>
      <w:r>
        <w:rPr>
          <w:b/>
          <w:sz w:val="22"/>
        </w:rPr>
        <w:t>Documentation &amp; Planning:</w:t>
      </w:r>
      <w:r>
        <w:rPr>
          <w:sz w:val="22"/>
        </w:rPr>
        <w:t xml:space="preserve"> Markdown, Notion, Draw.io, BPMN, flowcharts, class diagrams, entity relationship diagrams</w:t>
      </w:r>
    </w:p>
    <w:p>
      <w:pPr>
        <w:pStyle w:val="Heading1"/>
      </w:pPr>
      <w:r>
        <w:rPr>
          <w:rFonts w:ascii="Arial" w:hAnsi="Arial"/>
          <w:color w:val="111111"/>
          <w:sz w:val="23"/>
        </w:rPr>
        <w:t>EXPERIENCE</w:t>
      </w:r>
    </w:p>
    <w:p>
      <w:pPr>
        <w:keepNext/>
        <w:spacing w:after="40" w:before="100"/>
      </w:pPr>
      <w:r>
        <w:rPr>
          <w:b/>
          <w:sz w:val="22"/>
        </w:rPr>
        <w:t>Hiraya Technology Solutions Inc.</w:t>
      </w:r>
    </w:p>
    <w:p>
      <w:pPr>
        <w:keepNext/>
        <w:spacing w:after="40" w:before="0"/>
      </w:pPr>
      <w:r>
        <w:rPr>
          <w:b w:val="0"/>
        </w:rPr>
      </w:r>
      <w:r>
        <w:rPr>
          <w:sz w:val="21"/>
        </w:rPr>
        <w:t>Backend Developer Intern | February 2026 – May 2026</w:t>
      </w:r>
    </w:p>
    <w:p>
      <w:pPr>
        <w:pStyle w:val="ListBullet"/>
        <w:keepLines/>
        <w:numPr>
          <w:ilvl w:val="0"/>
          <w:numId w:val="10"/>
        </w:numPr>
      </w:pPr>
      <w:r>
        <w:t>Developed and implemented backend APIs, contributing 19 feature pull requests and 82 commits merged into the flagship backend repository and leading backend co-interns in contributions.</w:t>
      </w:r>
    </w:p>
    <w:p>
      <w:pPr>
        <w:pStyle w:val="ListBullet"/>
        <w:keepLines/>
        <w:numPr>
          <w:ilvl w:val="0"/>
          <w:numId w:val="10"/>
        </w:numPr>
      </w:pPr>
      <w:r>
        <w:t>Led security feature implementation for the Document Management and Tracking System, including planning, proof of concepts, schema design, task delegation, code reviews, and documentation. Presented the work to the IT head and had it merged into the main branch.</w:t>
      </w:r>
    </w:p>
    <w:p>
      <w:pPr>
        <w:pStyle w:val="ListBullet"/>
        <w:keepLines/>
        <w:numPr>
          <w:ilvl w:val="0"/>
          <w:numId w:val="10"/>
        </w:numPr>
      </w:pPr>
      <w:r>
        <w:t>Collaborated with frontend developers to align API behavior with interface requirements and support integration between the frontend and backend.</w:t>
      </w:r>
    </w:p>
    <w:p>
      <w:pPr>
        <w:pStyle w:val="ListBullet"/>
        <w:keepLines/>
        <w:numPr>
          <w:ilvl w:val="0"/>
          <w:numId w:val="10"/>
        </w:numPr>
      </w:pPr>
      <w:r>
        <w:t>Created backend setup documentation and helped co-interns resolve setup questions through Discord meetings and chat assistance.</w:t>
      </w:r>
    </w:p>
    <w:p>
      <w:pPr>
        <w:pStyle w:val="ListBullet"/>
        <w:keepLines/>
        <w:numPr>
          <w:ilvl w:val="0"/>
          <w:numId w:val="10"/>
        </w:numPr>
      </w:pPr>
      <w:r>
        <w:t>Learned and applied containerization, cloud deployment, and asynchronous processing with Celery and Redis during backend development.</w:t>
      </w:r>
    </w:p>
    <w:p>
      <w:pPr>
        <w:keepNext/>
        <w:spacing w:after="40" w:before="100"/>
      </w:pPr>
      <w:r>
        <w:rPr>
          <w:b/>
          <w:sz w:val="22"/>
        </w:rPr>
        <w:t>RhiLius Apps</w:t>
      </w:r>
    </w:p>
    <w:p>
      <w:pPr>
        <w:keepNext/>
        <w:spacing w:after="40" w:before="0"/>
      </w:pPr>
      <w:r>
        <w:rPr>
          <w:b w:val="0"/>
        </w:rPr>
      </w:r>
      <w:r>
        <w:rPr>
          <w:sz w:val="21"/>
        </w:rPr>
        <w:t>Creator &amp; Full-Stack Developer | Independent Open-Source Development | March 2026 – Present</w:t>
      </w:r>
    </w:p>
    <w:p>
      <w:pPr>
        <w:pStyle w:val="ListBullet"/>
        <w:keepLines/>
        <w:numPr>
          <w:ilvl w:val="0"/>
          <w:numId w:val="10"/>
        </w:numPr>
      </w:pPr>
      <w:r>
        <w:t>Created an independent software development initiative focused on building and maintaining an open-source application, taking responsibility for frontend, backend, documentation, and deployment.</w:t>
      </w:r>
    </w:p>
    <w:p>
      <w:pPr>
        <w:pStyle w:val="ListBullet"/>
        <w:keepLines/>
        <w:numPr>
          <w:ilvl w:val="0"/>
          <w:numId w:val="10"/>
        </w:numPr>
      </w:pPr>
      <w:r>
        <w:t>Designed and deployed a full-stack E-Commerce application using Django REST Framework, React, TypeScript, and PostgreSQL, connecting customer-facing interfaces with backend workflows.</w:t>
      </w:r>
    </w:p>
    <w:p>
      <w:pPr>
        <w:pStyle w:val="ListBullet"/>
        <w:keepLines/>
        <w:numPr>
          <w:ilvl w:val="0"/>
          <w:numId w:val="10"/>
        </w:numPr>
      </w:pPr>
      <w:r>
        <w:t>Automated deployments with GitHub Actions, Docker, and shell scripts, reducing manual deployment time from approximately 20 minutes to 3 minutes.</w:t>
      </w:r>
    </w:p>
    <w:p>
      <w:pPr>
        <w:pStyle w:val="ListBullet"/>
        <w:keepLines/>
        <w:numPr>
          <w:ilvl w:val="0"/>
          <w:numId w:val="10"/>
        </w:numPr>
      </w:pPr>
      <w:r>
        <w:t>Containerized backend services with Docker Compose for consistent development and production setup; deployed the backend on AWS EC2 and the frontend on Cloudflare Pages.</w:t>
      </w:r>
    </w:p>
    <w:p>
      <w:pPr>
        <w:pStyle w:val="ListBullet"/>
        <w:keepLines/>
        <w:numPr>
          <w:ilvl w:val="0"/>
          <w:numId w:val="10"/>
        </w:numPr>
      </w:pPr>
      <w:r>
        <w:t>Planned features through API contracts, architecture diagrams, and a Kanban backlog with user stories and acceptance criteria; documented setup and operational workflows.</w:t>
      </w:r>
    </w:p>
    <w:p>
      <w:r>
        <w:br w:type="page"/>
      </w:r>
    </w:p>
    <w:p>
      <w:pPr>
        <w:pStyle w:val="Heading1"/>
      </w:pPr>
      <w:r>
        <w:rPr>
          <w:rFonts w:ascii="Arial" w:hAnsi="Arial"/>
          <w:color w:val="111111"/>
          <w:sz w:val="23"/>
        </w:rPr>
        <w:t>PROJECTS</w:t>
      </w:r>
    </w:p>
    <w:p>
      <w:pPr>
        <w:keepNext/>
        <w:spacing w:after="40" w:before="100"/>
      </w:pPr>
      <w:r>
        <w:rPr>
          <w:b/>
          <w:sz w:val="22"/>
        </w:rPr>
        <w:t>E-Commerce by RhiLius Apps | Open-Source Web Application</w:t>
      </w:r>
    </w:p>
    <w:p>
      <w:pPr>
        <w:keepNext/>
        <w:spacing w:after="40" w:before="0"/>
      </w:pPr>
      <w:r>
        <w:rPr>
          <w:b w:val="0"/>
        </w:rPr>
      </w:r>
      <w:r>
        <w:rPr>
          <w:sz w:val="21"/>
        </w:rPr>
        <w:t>Full-Stack Developer</w:t>
      </w:r>
    </w:p>
    <w:p>
      <w:pPr>
        <w:keepNext/>
        <w:spacing w:after="40" w:before="0"/>
      </w:pPr>
      <w:r>
        <w:rPr>
          <w:b w:val="0"/>
        </w:rPr>
      </w:r>
      <w:r>
        <w:rPr>
          <w:b/>
          <w:sz w:val="20"/>
        </w:rPr>
        <w:t>Stack:</w:t>
      </w:r>
      <w:r>
        <w:rPr>
          <w:sz w:val="20"/>
        </w:rPr>
        <w:t xml:space="preserve"> Python, Django REST Framework, React, TypeScript, PostgreSQL, Redis, Celery, Docker, AWS EC2, Cloudflare, GitHub Actions</w:t>
      </w:r>
    </w:p>
    <w:p>
      <w:pPr>
        <w:keepNext/>
        <w:spacing w:after="20" w:before="0"/>
      </w:pPr>
      <w:r>
        <w:rPr>
          <w:b w:val="0"/>
          <w:sz w:val="19"/>
        </w:rPr>
      </w:r>
      <w:r>
        <w:rPr>
          <w:sz w:val="19"/>
        </w:rPr>
        <w:t xml:space="preserve">Frontend: </w:t>
      </w:r>
      <w:hyperlink r:id="rId13">
        <w:r>
          <w:rPr>
            <w:color w:val="111111"/>
            <w:sz w:val="19"/>
            <w:u w:val="single"/>
          </w:rPr>
          <w:t>https://github.com/RHILIUS/E-Commerce-API-Frontend</w:t>
        </w:r>
      </w:hyperlink>
    </w:p>
    <w:p>
      <w:pPr>
        <w:keepNext/>
        <w:spacing w:after="20" w:before="0"/>
      </w:pPr>
      <w:r>
        <w:rPr>
          <w:b w:val="0"/>
          <w:sz w:val="19"/>
        </w:rPr>
      </w:r>
      <w:r>
        <w:rPr>
          <w:sz w:val="19"/>
        </w:rPr>
        <w:t xml:space="preserve">Backend: </w:t>
      </w:r>
      <w:hyperlink r:id="rId14">
        <w:r>
          <w:rPr>
            <w:color w:val="111111"/>
            <w:sz w:val="19"/>
            <w:u w:val="single"/>
          </w:rPr>
          <w:t>https://github.com/RHILIUS/E-Commerce-API</w:t>
        </w:r>
      </w:hyperlink>
    </w:p>
    <w:p>
      <w:pPr>
        <w:keepNext/>
        <w:spacing w:after="20" w:before="0"/>
      </w:pPr>
      <w:r>
        <w:rPr>
          <w:b w:val="0"/>
          <w:sz w:val="19"/>
        </w:rPr>
      </w:r>
      <w:r>
        <w:rPr>
          <w:sz w:val="19"/>
        </w:rPr>
        <w:t xml:space="preserve">Documentation: </w:t>
      </w:r>
      <w:hyperlink r:id="rId15">
        <w:r>
          <w:rPr>
            <w:color w:val="111111"/>
            <w:sz w:val="19"/>
            <w:u w:val="single"/>
          </w:rPr>
          <w:t>https://github.com/RHILIUS/E-Commerce-Docs</w:t>
        </w:r>
      </w:hyperlink>
    </w:p>
    <w:p>
      <w:pPr>
        <w:keepNext/>
        <w:spacing w:after="20" w:before="0"/>
      </w:pPr>
      <w:r>
        <w:rPr>
          <w:b w:val="0"/>
          <w:sz w:val="19"/>
        </w:rPr>
      </w:r>
      <w:r>
        <w:rPr>
          <w:sz w:val="19"/>
        </w:rPr>
        <w:t xml:space="preserve">Live application: </w:t>
      </w:r>
      <w:hyperlink r:id="rId16">
        <w:r>
          <w:rPr>
            <w:color w:val="111111"/>
            <w:sz w:val="19"/>
            <w:u w:val="single"/>
          </w:rPr>
          <w:t>https://ecommerce-by-rhiliusapps.pages.dev/</w:t>
        </w:r>
      </w:hyperlink>
    </w:p>
    <w:p>
      <w:pPr>
        <w:pStyle w:val="ListBullet"/>
        <w:keepLines/>
        <w:numPr>
          <w:ilvl w:val="0"/>
          <w:numId w:val="10"/>
        </w:numPr>
      </w:pPr>
      <w:r>
        <w:t>Developed RESTful APIs and a React frontend for product management, authentication, checkout, and order processing, coordinating backend behavior with frontend implementation.</w:t>
      </w:r>
    </w:p>
    <w:p>
      <w:pPr>
        <w:pStyle w:val="ListBullet"/>
        <w:keepLines/>
        <w:numPr>
          <w:ilvl w:val="0"/>
          <w:numId w:val="10"/>
        </w:numPr>
      </w:pPr>
      <w:r>
        <w:t>Configured JWT authentication for a custom user model, including refresh token rotation and blacklisting.</w:t>
      </w:r>
    </w:p>
    <w:p>
      <w:pPr>
        <w:pStyle w:val="ListBullet"/>
        <w:keepLines/>
        <w:numPr>
          <w:ilvl w:val="0"/>
          <w:numId w:val="10"/>
        </w:numPr>
      </w:pPr>
      <w:r>
        <w:t>Integrated Stripe test-mode card payments with webhook handling, idempotency mechanisms, and payment reconciliation to support reliable payment workflows without processing real transactions.</w:t>
      </w:r>
    </w:p>
    <w:p>
      <w:pPr>
        <w:pStyle w:val="ListBullet"/>
        <w:keepLines/>
        <w:numPr>
          <w:ilvl w:val="0"/>
          <w:numId w:val="10"/>
        </w:numPr>
      </w:pPr>
      <w:r>
        <w:t>Delegated time-consuming work to Celery workers, scheduled periodic tasks with Celery Beat, and used Redis as the message broker.</w:t>
      </w:r>
    </w:p>
    <w:p>
      <w:pPr>
        <w:pStyle w:val="ListBullet"/>
        <w:keepLines/>
        <w:numPr>
          <w:ilvl w:val="0"/>
          <w:numId w:val="10"/>
        </w:numPr>
      </w:pPr>
      <w:r>
        <w:t>Integrated Shopify product taxonomy for category-based filtering and the Frankfurter API to support multi-currency functionality and currency conversion.</w:t>
      </w:r>
    </w:p>
    <w:p>
      <w:pPr>
        <w:pStyle w:val="ListBullet"/>
        <w:keepLines/>
        <w:numPr>
          <w:ilvl w:val="0"/>
          <w:numId w:val="10"/>
        </w:numPr>
      </w:pPr>
      <w:r>
        <w:t>Applied automated testing, API contract design, architectural diagramming, and technical documentation to guide implementation and maintenance.</w:t>
      </w:r>
    </w:p>
    <w:p>
      <w:pPr>
        <w:pStyle w:val="ListBullet"/>
        <w:keepLines/>
        <w:numPr>
          <w:ilvl w:val="0"/>
          <w:numId w:val="10"/>
        </w:numPr>
      </w:pPr>
      <w:r>
        <w:t>Configured Codex CLI with AGENTS.md and reusable skills as an AI-agent harness for context management, prompt engineering, and repeatable development and diagramming workflows; reviewed generated outputs.</w:t>
      </w:r>
    </w:p>
    <w:p>
      <w:pPr>
        <w:keepNext/>
        <w:spacing w:after="40" w:before="100"/>
      </w:pPr>
      <w:r>
        <w:rPr>
          <w:b/>
          <w:sz w:val="22"/>
        </w:rPr>
        <w:t>Tagpo Events Platform | School Project</w:t>
      </w:r>
    </w:p>
    <w:p>
      <w:pPr>
        <w:keepNext/>
        <w:spacing w:after="40" w:before="0"/>
      </w:pPr>
      <w:r>
        <w:rPr>
          <w:b w:val="0"/>
        </w:rPr>
      </w:r>
      <w:r>
        <w:rPr>
          <w:sz w:val="21"/>
        </w:rPr>
        <w:t>Full-Stack Lead Developer</w:t>
      </w:r>
    </w:p>
    <w:p>
      <w:pPr>
        <w:keepNext/>
        <w:spacing w:after="40" w:before="0"/>
      </w:pPr>
      <w:r>
        <w:rPr>
          <w:b w:val="0"/>
        </w:rPr>
      </w:r>
      <w:r>
        <w:rPr>
          <w:b/>
          <w:sz w:val="20"/>
        </w:rPr>
        <w:t>Stack:</w:t>
      </w:r>
      <w:r>
        <w:rPr>
          <w:sz w:val="20"/>
        </w:rPr>
        <w:t xml:space="preserve"> Vite, React, JavaScript, Django, Python, Docker</w:t>
      </w:r>
    </w:p>
    <w:p>
      <w:pPr>
        <w:keepNext/>
        <w:spacing w:after="20" w:before="0"/>
      </w:pPr>
      <w:r>
        <w:rPr>
          <w:b w:val="0"/>
          <w:sz w:val="19"/>
        </w:rPr>
      </w:r>
      <w:r>
        <w:rPr>
          <w:sz w:val="19"/>
        </w:rPr>
        <w:t xml:space="preserve">Repository: </w:t>
      </w:r>
      <w:hyperlink r:id="rId17">
        <w:r>
          <w:rPr>
            <w:color w:val="111111"/>
            <w:sz w:val="19"/>
            <w:u w:val="single"/>
          </w:rPr>
          <w:t>https://github.com/RHILIUS/tagpo</w:t>
        </w:r>
      </w:hyperlink>
    </w:p>
    <w:p>
      <w:pPr>
        <w:pStyle w:val="ListBullet"/>
        <w:keepLines/>
        <w:numPr>
          <w:ilvl w:val="0"/>
          <w:numId w:val="10"/>
        </w:numPr>
      </w:pPr>
      <w:r>
        <w:t>Led full-stack development for a school events-platform project, working across the React frontend and Django backend.</w:t>
      </w:r>
    </w:p>
    <w:p>
      <w:pPr>
        <w:pStyle w:val="ListBullet"/>
        <w:keepLines/>
        <w:numPr>
          <w:ilvl w:val="0"/>
          <w:numId w:val="10"/>
        </w:numPr>
      </w:pPr>
      <w:r>
        <w:t>Implemented development containerization to maintain a consistent environment across the team.</w:t>
      </w:r>
    </w:p>
    <w:p>
      <w:pPr>
        <w:pStyle w:val="ListBullet"/>
        <w:keepLines/>
        <w:numPr>
          <w:ilvl w:val="0"/>
          <w:numId w:val="10"/>
        </w:numPr>
      </w:pPr>
      <w:r>
        <w:t>Created setup documentation to instruct teammates and support their development workflow.</w:t>
      </w:r>
    </w:p>
    <w:p>
      <w:pPr>
        <w:keepNext/>
        <w:spacing w:after="40" w:before="100"/>
      </w:pPr>
      <w:r>
        <w:rPr>
          <w:b/>
          <w:sz w:val="22"/>
        </w:rPr>
        <w:t>Bus Operations and Management System | Capstone Project</w:t>
      </w:r>
    </w:p>
    <w:p>
      <w:pPr>
        <w:keepNext/>
        <w:spacing w:after="40" w:before="0"/>
      </w:pPr>
      <w:r>
        <w:rPr>
          <w:b w:val="0"/>
        </w:rPr>
      </w:r>
      <w:r>
        <w:rPr>
          <w:sz w:val="21"/>
        </w:rPr>
        <w:t>Frontend Developer, Integrator &amp; Quality Assurance Tester</w:t>
      </w:r>
    </w:p>
    <w:p>
      <w:pPr>
        <w:keepNext/>
        <w:spacing w:after="40" w:before="0"/>
      </w:pPr>
      <w:r>
        <w:rPr>
          <w:b w:val="0"/>
        </w:rPr>
      </w:r>
      <w:r>
        <w:rPr>
          <w:b/>
          <w:sz w:val="20"/>
        </w:rPr>
        <w:t>Stack:</w:t>
      </w:r>
      <w:r>
        <w:rPr>
          <w:sz w:val="20"/>
        </w:rPr>
        <w:t xml:space="preserve"> Next.js, React, TypeScript</w:t>
      </w:r>
    </w:p>
    <w:p>
      <w:pPr>
        <w:keepNext/>
        <w:spacing w:after="20" w:before="0"/>
      </w:pPr>
      <w:r>
        <w:rPr>
          <w:b w:val="0"/>
          <w:sz w:val="19"/>
        </w:rPr>
      </w:r>
      <w:r>
        <w:rPr>
          <w:sz w:val="19"/>
        </w:rPr>
        <w:t xml:space="preserve">Repository: </w:t>
      </w:r>
      <w:hyperlink r:id="rId18">
        <w:r>
          <w:rPr>
            <w:color w:val="111111"/>
            <w:sz w:val="19"/>
            <w:u w:val="single"/>
          </w:rPr>
          <w:t>https://github.com/RHILIUS/Bus-Operations-System</w:t>
        </w:r>
      </w:hyperlink>
    </w:p>
    <w:p>
      <w:pPr>
        <w:pStyle w:val="ListBullet"/>
        <w:keepLines/>
        <w:numPr>
          <w:ilvl w:val="0"/>
          <w:numId w:val="10"/>
        </w:numPr>
      </w:pPr>
      <w:r>
        <w:t>Developed frontend interfaces for a capstone system tailored to Agila Bus Transport Corp. using Next.js, React, and TypeScript.</w:t>
      </w:r>
    </w:p>
    <w:p>
      <w:pPr>
        <w:pStyle w:val="ListBullet"/>
        <w:keepLines/>
        <w:numPr>
          <w:ilvl w:val="0"/>
          <w:numId w:val="10"/>
        </w:numPr>
      </w:pPr>
      <w:r>
        <w:t>Took on frontend integration and quality assurance testing responsibilities alongside interface development.</w:t>
      </w:r>
    </w:p>
    <w:p>
      <w:pPr>
        <w:pStyle w:val="Heading1"/>
      </w:pPr>
      <w:r>
        <w:rPr>
          <w:rFonts w:ascii="Arial" w:hAnsi="Arial"/>
          <w:color w:val="111111"/>
          <w:sz w:val="23"/>
        </w:rPr>
        <w:t>EDUCATION</w:t>
      </w:r>
    </w:p>
    <w:p>
      <w:pPr>
        <w:keepNext/>
        <w:spacing w:after="40" w:before="0"/>
      </w:pPr>
      <w:r>
        <w:rPr>
          <w:b w:val="0"/>
        </w:rPr>
      </w:r>
      <w:r>
        <w:rPr>
          <w:b/>
          <w:sz w:val="22"/>
        </w:rPr>
        <w:t>Polytechnic University of the Philippines</w:t>
      </w:r>
    </w:p>
    <w:p>
      <w:pPr>
        <w:keepNext/>
        <w:spacing w:after="40" w:before="0"/>
      </w:pPr>
      <w:r>
        <w:rPr>
          <w:b w:val="0"/>
        </w:rPr>
      </w:r>
      <w:r>
        <w:rPr>
          <w:sz w:val="22"/>
        </w:rPr>
        <w:t>Bachelor of Science in Information Technology</w:t>
      </w:r>
    </w:p>
    <w:p>
      <w:pPr>
        <w:keepNext/>
        <w:spacing w:after="40" w:before="0"/>
      </w:pPr>
      <w:r>
        <w:rPr>
          <w:b w:val="0"/>
        </w:rPr>
      </w:r>
      <w:r>
        <w:rPr>
          <w:sz w:val="21"/>
        </w:rPr>
        <w:t>October 2022 – October 2026 | Graduated October 8, 2026</w:t>
      </w:r>
    </w:p>
    <w:p>
      <w:pPr>
        <w:pStyle w:val="ListBullet"/>
        <w:keepLines/>
        <w:numPr>
          <w:ilvl w:val="0"/>
          <w:numId w:val="10"/>
        </w:numPr>
      </w:pPr>
      <w:r>
        <w:t>Built a strong foundation in programming fundamentals through coursework and independent study.</w:t>
      </w:r>
    </w:p>
    <w:p>
      <w:pPr>
        <w:pStyle w:val="ListBullet"/>
        <w:keepLines/>
        <w:numPr>
          <w:ilvl w:val="0"/>
          <w:numId w:val="10"/>
        </w:numPr>
      </w:pPr>
      <w:r>
        <w:t>Developed projects, gaining practical exposure to software development workflows and strengthening programming skills.</w:t>
      </w:r>
    </w:p>
    <w:p>
      <w:pPr>
        <w:pStyle w:val="ListBullet"/>
        <w:keepLines/>
        <w:numPr>
          <w:ilvl w:val="0"/>
          <w:numId w:val="10"/>
        </w:numPr>
      </w:pPr>
      <w:r>
        <w:t>Contributed to university capstone projects, taking on leadership roles in software development and team coordination.</w:t>
      </w:r>
    </w:p>
    <w:p>
      <w:pPr>
        <w:pStyle w:val="ListBullet"/>
        <w:keepLines/>
        <w:numPr>
          <w:ilvl w:val="0"/>
          <w:numId w:val="10"/>
        </w:numPr>
      </w:pPr>
      <w:r>
        <w:t>Strengthened skills in time management, documentation, communication, and presentation through academic and project-based work.</w:t>
      </w:r>
    </w:p>
    <w:p>
      <w:pPr>
        <w:pStyle w:val="ListBullet"/>
        <w:keepLines/>
        <w:numPr>
          <w:ilvl w:val="0"/>
          <w:numId w:val="10"/>
        </w:numPr>
      </w:pPr>
      <w:r>
        <w:t>Cultivated daily learning habits and a passion for continuous improvement in software engineering.</w:t>
      </w:r>
    </w:p>
    <w:sectPr w:rsidR="00FC693F" w:rsidRPr="0006063C" w:rsidSect="00034616">
      <w:pgSz w:w="11905" w:h="16838"/>
      <w:pgMar w:top="720" w:right="864" w:bottom="720" w:left="864"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ind w:left="187" w:hanging="187"/>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suppressAutoHyphens w:val="1"/>
    </w:pPr>
    <w:rPr>
      <w:rFonts w:ascii="Arial" w:hAnsi="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uiPriority w:val="9"/>
    <w:qFormat/>
    <w:rsid w:val="00FC693F"/>
    <w:pPr>
      <w:keepNext/>
      <w:keepLines/>
      <w:spacing w:before="140" w:after="60" w:line="240" w:lineRule="auto"/>
      <w:outlineLvl w:val="0"/>
    </w:pPr>
    <w:rPr>
      <w:rFonts w:ascii="Arial" w:hAnsi="Arial"/>
      <w:b/>
      <w:bCs/>
      <w:color w:val="111111"/>
      <w:sz w:val="23"/>
      <w:szCs w:val="28"/>
    </w:rPr>
  </w:style>
  <w:style w:type="paragraph" w:styleId="Heading2">
    <w:name w:val="heading 2"/>
    <w:basedOn w:val="Normal"/>
    <w:next w:val="Normal"/>
    <w:uiPriority w:val="9"/>
    <w:unhideWhenUsed/>
    <w:qFormat/>
    <w:rsid w:val="00FC693F"/>
    <w:pPr>
      <w:keepNext/>
      <w:keepLines/>
      <w:spacing w:before="200" w:after="0"/>
      <w:outlineLvl w:val="1"/>
    </w:pPr>
    <w:rPr>
      <w:rFonts w:ascii="Arial" w:hAnsi="Arial"/>
      <w:b/>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uiPriority w:val="10"/>
    <w:qFormat/>
    <w:rsid w:val="00FC693F"/>
    <w:pPr>
      <w:pBdr>
        <w:bottom w:val="single" w:sz="8" w:space="4" w:color="4F81BD" w:themeColor="accent1"/>
      </w:pBdr>
      <w:spacing w:after="300" w:line="240" w:lineRule="auto"/>
      <w:contextualSpacing/>
    </w:pPr>
    <w:rPr>
      <w:rFonts w:ascii="Arial" w:hAnsi="Arial"/>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uiPriority w:val="11"/>
    <w:qFormat/>
    <w:rsid w:val="00FC693F"/>
    <w:pPr>
      <w:numPr>
        <w:ilvl w:val="1"/>
      </w:numPr>
    </w:pPr>
    <w:rPr>
      <w:rFonts w:ascii="Arial" w:hAnsi="Arial"/>
      <w:i/>
      <w:iCs/>
      <w:color w:val="11111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2" w:lineRule="auto" w:after="40"/>
      <w:ind w:left="187" w:hanging="187"/>
      <w:contextualSpacing/>
    </w:pPr>
    <w:rPr>
      <w:rFonts w:ascii="Arial" w:hAnsi="Arial"/>
      <w:color w:val="111111"/>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rhianjolius23@gmail.com" TargetMode="External"/><Relationship Id="rId10" Type="http://schemas.openxmlformats.org/officeDocument/2006/relationships/hyperlink" Target="https://github.com/RHILIUS" TargetMode="External"/><Relationship Id="rId11" Type="http://schemas.openxmlformats.org/officeDocument/2006/relationships/hyperlink" Target="https://www.linkedin.com/in/rhian-jolius-baldomar-110a11338" TargetMode="External"/><Relationship Id="rId12" Type="http://schemas.openxmlformats.org/officeDocument/2006/relationships/hyperlink" Target="https://rhian-jolius-baldomar.pages.dev/" TargetMode="External"/><Relationship Id="rId13" Type="http://schemas.openxmlformats.org/officeDocument/2006/relationships/hyperlink" Target="https://github.com/RHILIUS/E-Commerce-API-Frontend" TargetMode="External"/><Relationship Id="rId14" Type="http://schemas.openxmlformats.org/officeDocument/2006/relationships/hyperlink" Target="https://github.com/RHILIUS/E-Commerce-API" TargetMode="External"/><Relationship Id="rId15" Type="http://schemas.openxmlformats.org/officeDocument/2006/relationships/hyperlink" Target="https://github.com/RHILIUS/E-Commerce-Docs" TargetMode="External"/><Relationship Id="rId16" Type="http://schemas.openxmlformats.org/officeDocument/2006/relationships/hyperlink" Target="https://ecommerce-by-rhiliusapps.pages.dev/" TargetMode="External"/><Relationship Id="rId17" Type="http://schemas.openxmlformats.org/officeDocument/2006/relationships/hyperlink" Target="https://github.com/RHILIUS/tagpo" TargetMode="External"/><Relationship Id="rId18" Type="http://schemas.openxmlformats.org/officeDocument/2006/relationships/hyperlink" Target="https://github.com/RHILIUS/Bus-Operations-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Rhian Jolius Baldomar — Full-stack Software Engineer Resume</dc:title>
  <dc:subject>Full-stack software engineering</dc:subject>
  <dc:creator>Rhian Jolius Baldomar</dc:creator>
  <cp:keywords>Python, Django REST Framework, React, TypeScript, Full-stack Software Engineer</cp:keywords>
  <dc:description/>
  <cp:lastModifiedBy/>
  <cp:revision>1</cp:revision>
  <dcterms:created xsi:type="dcterms:W3CDTF">2026-10-28T07:15:02Z</dcterms:created>
  <dcterms:modified xsi:type="dcterms:W3CDTF">2026-10-28T07:15:02Z</dcterms:modified>
  <cp:category/>
</cp:coreProperties>
</file>